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DA8B" w14:textId="1A04EE6F" w:rsidR="009A3F61" w:rsidRDefault="00000000">
      <w:pPr>
        <w:keepNext/>
        <w:suppressAutoHyphens/>
        <w:spacing w:after="100" w:line="259" w:lineRule="auto"/>
        <w:jc w:val="right"/>
      </w:pPr>
      <w:r>
        <w:t>V </w:t>
      </w:r>
      <w:proofErr w:type="spellStart"/>
      <w:r>
        <w:t>Dobrovici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: </w:t>
      </w:r>
      <w:r w:rsidR="009C5453">
        <w:t>9</w:t>
      </w:r>
      <w:r>
        <w:t xml:space="preserve">. </w:t>
      </w:r>
      <w:proofErr w:type="spellStart"/>
      <w:r>
        <w:t>září</w:t>
      </w:r>
      <w:proofErr w:type="spellEnd"/>
      <w:r>
        <w:t xml:space="preserve"> 2026</w:t>
      </w:r>
    </w:p>
    <w:p w14:paraId="4E2DDF83" w14:textId="77777777" w:rsidR="00E27219" w:rsidRDefault="00E27219">
      <w:pPr>
        <w:keepNext/>
        <w:suppressAutoHyphens/>
        <w:spacing w:before="200" w:after="240" w:line="259" w:lineRule="auto"/>
        <w:jc w:val="center"/>
        <w:rPr>
          <w:b/>
          <w:sz w:val="28"/>
        </w:rPr>
      </w:pPr>
    </w:p>
    <w:p w14:paraId="50E47656" w14:textId="77777777" w:rsidR="009A3F61" w:rsidRDefault="00000000">
      <w:pPr>
        <w:keepNext/>
        <w:suppressAutoHyphens/>
        <w:spacing w:before="200" w:after="240" w:line="259" w:lineRule="auto"/>
        <w:jc w:val="center"/>
      </w:pPr>
      <w:r>
        <w:rPr>
          <w:b/>
          <w:sz w:val="28"/>
        </w:rPr>
        <w:t>POZVÁNKA NA ZASEDÁNÍ SHROMÁŽDĚNÍ STAROSTŮ</w:t>
      </w:r>
    </w:p>
    <w:p w14:paraId="679CA199" w14:textId="77777777" w:rsidR="00E27219" w:rsidRDefault="00E27219">
      <w:pPr>
        <w:suppressAutoHyphens/>
        <w:spacing w:after="240" w:line="269" w:lineRule="auto"/>
        <w:jc w:val="both"/>
      </w:pPr>
    </w:p>
    <w:p w14:paraId="7EF05B0C" w14:textId="77777777" w:rsidR="009A3F61" w:rsidRDefault="00000000">
      <w:pPr>
        <w:suppressAutoHyphens/>
        <w:spacing w:after="240" w:line="269" w:lineRule="auto"/>
        <w:jc w:val="both"/>
      </w:pPr>
      <w:proofErr w:type="spellStart"/>
      <w:r>
        <w:t>Předseda</w:t>
      </w:r>
      <w:proofErr w:type="spellEnd"/>
      <w:r>
        <w:t xml:space="preserve"> </w:t>
      </w:r>
      <w:proofErr w:type="spellStart"/>
      <w:r>
        <w:t>Společenství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Dobrovicko Mgr. Tomáš Sedláček </w:t>
      </w:r>
      <w:proofErr w:type="spellStart"/>
      <w:r>
        <w:t>svolává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Shromáždění</w:t>
      </w:r>
      <w:proofErr w:type="spellEnd"/>
      <w:r>
        <w:t xml:space="preserve"> </w:t>
      </w:r>
      <w:proofErr w:type="spellStart"/>
      <w:r>
        <w:t>starostů</w:t>
      </w:r>
      <w:proofErr w:type="spellEnd"/>
      <w:r>
        <w:t xml:space="preserve"> </w:t>
      </w:r>
      <w:proofErr w:type="spellStart"/>
      <w:r>
        <w:t>Společenství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Dobrovicko.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14"/>
        <w:gridCol w:w="6973"/>
      </w:tblGrid>
      <w:tr w:rsidR="009A3F61" w14:paraId="5F5D8EF2" w14:textId="77777777">
        <w:trPr>
          <w:cantSplit/>
        </w:trPr>
        <w:tc>
          <w:tcPr>
            <w:tcW w:w="1814" w:type="dxa"/>
            <w:tcBorders>
              <w:bottom w:val="single" w:sz="4" w:space="0" w:color="D9E1E8"/>
            </w:tcBorders>
            <w:shd w:val="clear" w:color="auto" w:fill="EAF0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5E1CDD9" w14:textId="77777777" w:rsidR="009A3F61" w:rsidRDefault="00000000">
            <w:pPr>
              <w:suppressAutoHyphens/>
              <w:spacing w:before="60" w:after="60"/>
            </w:pPr>
            <w:r>
              <w:rPr>
                <w:b/>
              </w:rPr>
              <w:t xml:space="preserve">Datum </w:t>
            </w:r>
            <w:proofErr w:type="spellStart"/>
            <w:r>
              <w:rPr>
                <w:b/>
              </w:rPr>
              <w:t>konání</w:t>
            </w:r>
            <w:proofErr w:type="spellEnd"/>
          </w:p>
        </w:tc>
        <w:tc>
          <w:tcPr>
            <w:tcW w:w="6973" w:type="dxa"/>
            <w:tcBorders>
              <w:bottom w:val="single" w:sz="4" w:space="0" w:color="D9E1E8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2A2ECA7" w14:textId="77777777" w:rsidR="009A3F61" w:rsidRDefault="00000000">
            <w:pPr>
              <w:suppressAutoHyphens/>
              <w:spacing w:before="60" w:after="60"/>
            </w:pPr>
            <w:proofErr w:type="spellStart"/>
            <w:r>
              <w:t>čtvrtek</w:t>
            </w:r>
            <w:proofErr w:type="spellEnd"/>
            <w:r>
              <w:t xml:space="preserve"> 24. </w:t>
            </w:r>
            <w:proofErr w:type="spellStart"/>
            <w:r>
              <w:t>září</w:t>
            </w:r>
            <w:proofErr w:type="spellEnd"/>
            <w:r>
              <w:t xml:space="preserve"> 2026</w:t>
            </w:r>
          </w:p>
        </w:tc>
      </w:tr>
      <w:tr w:rsidR="009A3F61" w14:paraId="17782571" w14:textId="77777777">
        <w:trPr>
          <w:cantSplit/>
        </w:trPr>
        <w:tc>
          <w:tcPr>
            <w:tcW w:w="1814" w:type="dxa"/>
            <w:tcBorders>
              <w:bottom w:val="single" w:sz="4" w:space="0" w:color="D9E1E8"/>
            </w:tcBorders>
            <w:shd w:val="clear" w:color="auto" w:fill="EAF0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341B04F" w14:textId="77777777" w:rsidR="009A3F61" w:rsidRDefault="00000000">
            <w:pPr>
              <w:suppressAutoHyphens/>
              <w:spacing w:before="60" w:after="60"/>
            </w:pPr>
            <w:r>
              <w:rPr>
                <w:b/>
              </w:rPr>
              <w:t xml:space="preserve">Čas </w:t>
            </w:r>
            <w:proofErr w:type="spellStart"/>
            <w:r>
              <w:rPr>
                <w:b/>
              </w:rPr>
              <w:t>konání</w:t>
            </w:r>
            <w:proofErr w:type="spellEnd"/>
          </w:p>
        </w:tc>
        <w:tc>
          <w:tcPr>
            <w:tcW w:w="6973" w:type="dxa"/>
            <w:tcBorders>
              <w:bottom w:val="single" w:sz="4" w:space="0" w:color="D9E1E8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A158ABC" w14:textId="653FC6B7" w:rsidR="009A3F61" w:rsidRDefault="00EF4303">
            <w:pPr>
              <w:suppressAutoHyphens/>
              <w:spacing w:before="60" w:after="60"/>
            </w:pPr>
            <w:r w:rsidRPr="00EF4303">
              <w:t>16:00</w:t>
            </w:r>
            <w:r w:rsidR="00000000" w:rsidRPr="00EF4303">
              <w:t> </w:t>
            </w:r>
            <w:proofErr w:type="spellStart"/>
            <w:r w:rsidR="00000000" w:rsidRPr="00EF4303">
              <w:t>hodin</w:t>
            </w:r>
            <w:proofErr w:type="spellEnd"/>
          </w:p>
        </w:tc>
      </w:tr>
      <w:tr w:rsidR="009A3F61" w14:paraId="6CFF150F" w14:textId="77777777">
        <w:trPr>
          <w:cantSplit/>
        </w:trPr>
        <w:tc>
          <w:tcPr>
            <w:tcW w:w="1814" w:type="dxa"/>
            <w:tcBorders>
              <w:bottom w:val="single" w:sz="4" w:space="0" w:color="D9E1E8"/>
            </w:tcBorders>
            <w:shd w:val="clear" w:color="auto" w:fill="EAF0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7411D0A" w14:textId="77777777" w:rsidR="009A3F61" w:rsidRDefault="00000000">
            <w:pPr>
              <w:suppressAutoHyphens/>
              <w:spacing w:before="60" w:after="60"/>
            </w:pPr>
            <w:proofErr w:type="spellStart"/>
            <w:r>
              <w:rPr>
                <w:b/>
              </w:rPr>
              <w:t>Místo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konání</w:t>
            </w:r>
            <w:proofErr w:type="spellEnd"/>
          </w:p>
        </w:tc>
        <w:tc>
          <w:tcPr>
            <w:tcW w:w="6973" w:type="dxa"/>
            <w:tcBorders>
              <w:bottom w:val="single" w:sz="4" w:space="0" w:color="D9E1E8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804034B" w14:textId="77777777" w:rsidR="009A3F61" w:rsidRDefault="00000000">
            <w:pPr>
              <w:suppressAutoHyphens/>
              <w:spacing w:before="60" w:after="60"/>
            </w:pPr>
            <w:proofErr w:type="spellStart"/>
            <w:r>
              <w:t>Zasedací</w:t>
            </w:r>
            <w:proofErr w:type="spellEnd"/>
            <w:r>
              <w:t xml:space="preserve"> </w:t>
            </w:r>
            <w:proofErr w:type="spellStart"/>
            <w:r>
              <w:t>místnost</w:t>
            </w:r>
            <w:proofErr w:type="spellEnd"/>
            <w:r>
              <w:t xml:space="preserve"> v </w:t>
            </w:r>
            <w:proofErr w:type="spellStart"/>
            <w:r>
              <w:t>přízemí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Společenství</w:t>
            </w:r>
            <w:proofErr w:type="spellEnd"/>
            <w:r>
              <w:t xml:space="preserve"> </w:t>
            </w:r>
            <w:proofErr w:type="spellStart"/>
            <w:r>
              <w:t>obcí</w:t>
            </w:r>
            <w:proofErr w:type="spellEnd"/>
            <w:r>
              <w:t xml:space="preserve"> Dobrovicko, </w:t>
            </w:r>
            <w:proofErr w:type="spellStart"/>
            <w:r>
              <w:t>Palackého</w:t>
            </w:r>
            <w:proofErr w:type="spellEnd"/>
            <w:r>
              <w:t xml:space="preserve"> </w:t>
            </w:r>
            <w:proofErr w:type="spellStart"/>
            <w:r>
              <w:t>náměstí</w:t>
            </w:r>
            <w:proofErr w:type="spellEnd"/>
            <w:r>
              <w:t xml:space="preserve"> 28, 294 41 </w:t>
            </w:r>
            <w:proofErr w:type="spellStart"/>
            <w:r>
              <w:t>Dobrovice</w:t>
            </w:r>
            <w:proofErr w:type="spellEnd"/>
          </w:p>
        </w:tc>
      </w:tr>
    </w:tbl>
    <w:p w14:paraId="10D7BEDD" w14:textId="77777777" w:rsidR="00E27219" w:rsidRDefault="00E27219">
      <w:pPr>
        <w:keepNext/>
        <w:suppressAutoHyphens/>
        <w:spacing w:before="200" w:after="140" w:line="259" w:lineRule="auto"/>
        <w:rPr>
          <w:b/>
          <w:sz w:val="22"/>
        </w:rPr>
      </w:pPr>
    </w:p>
    <w:p w14:paraId="3FC1D2AB" w14:textId="77777777" w:rsidR="009A3F61" w:rsidRDefault="00000000">
      <w:pPr>
        <w:keepNext/>
        <w:suppressAutoHyphens/>
        <w:spacing w:before="200" w:after="140" w:line="259" w:lineRule="auto"/>
      </w:pPr>
      <w:proofErr w:type="spellStart"/>
      <w:r>
        <w:rPr>
          <w:b/>
          <w:sz w:val="22"/>
        </w:rPr>
        <w:t>Návrh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programu</w:t>
      </w:r>
      <w:proofErr w:type="spellEnd"/>
      <w:r>
        <w:rPr>
          <w:b/>
          <w:sz w:val="22"/>
        </w:rPr>
        <w:t>:</w:t>
      </w:r>
    </w:p>
    <w:p w14:paraId="09BBAE4F" w14:textId="77777777" w:rsidR="009A3F61" w:rsidRDefault="00000000">
      <w:pPr>
        <w:suppressAutoHyphens/>
        <w:spacing w:after="100" w:line="259" w:lineRule="auto"/>
        <w:ind w:left="312" w:hanging="312"/>
      </w:pPr>
      <w:r>
        <w:t xml:space="preserve">1.  </w:t>
      </w:r>
      <w:proofErr w:type="spellStart"/>
      <w:r>
        <w:t>Zahájení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a </w:t>
      </w:r>
      <w:proofErr w:type="spellStart"/>
      <w:r>
        <w:t>konstatování</w:t>
      </w:r>
      <w:proofErr w:type="spellEnd"/>
      <w:r>
        <w:t xml:space="preserve"> </w:t>
      </w:r>
      <w:proofErr w:type="spellStart"/>
      <w:r>
        <w:t>usnášeníschopnosti</w:t>
      </w:r>
      <w:proofErr w:type="spellEnd"/>
    </w:p>
    <w:p w14:paraId="001ACB6B" w14:textId="77777777" w:rsidR="009A3F61" w:rsidRDefault="00000000">
      <w:pPr>
        <w:suppressAutoHyphens/>
        <w:spacing w:after="100" w:line="259" w:lineRule="auto"/>
        <w:ind w:left="312" w:hanging="312"/>
      </w:pPr>
      <w:r>
        <w:t xml:space="preserve">2.  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zasedání</w:t>
      </w:r>
      <w:proofErr w:type="spellEnd"/>
    </w:p>
    <w:p w14:paraId="1EFA7C9F" w14:textId="77777777" w:rsidR="009A3F61" w:rsidRDefault="00000000">
      <w:pPr>
        <w:suppressAutoHyphens/>
        <w:spacing w:after="100" w:line="259" w:lineRule="auto"/>
        <w:ind w:left="312" w:hanging="312"/>
      </w:pPr>
      <w:r>
        <w:t xml:space="preserve">3.  </w:t>
      </w:r>
      <w:proofErr w:type="spellStart"/>
      <w:r>
        <w:t>Volba</w:t>
      </w:r>
      <w:proofErr w:type="spellEnd"/>
      <w:r>
        <w:t xml:space="preserve"> </w:t>
      </w:r>
      <w:proofErr w:type="spellStart"/>
      <w:r>
        <w:t>ověřovatelů</w:t>
      </w:r>
      <w:proofErr w:type="spellEnd"/>
      <w:r>
        <w:t xml:space="preserve"> </w:t>
      </w:r>
      <w:proofErr w:type="spellStart"/>
      <w:r>
        <w:t>zápisu</w:t>
      </w:r>
      <w:proofErr w:type="spellEnd"/>
    </w:p>
    <w:p w14:paraId="0A8BB4CF" w14:textId="77777777" w:rsidR="009A3F61" w:rsidRDefault="00000000">
      <w:pPr>
        <w:suppressAutoHyphens/>
        <w:spacing w:after="100" w:line="259" w:lineRule="auto"/>
        <w:ind w:left="312" w:hanging="312"/>
      </w:pPr>
      <w:r>
        <w:t xml:space="preserve">4.  </w:t>
      </w:r>
      <w:proofErr w:type="spellStart"/>
      <w:r>
        <w:t>Projednání</w:t>
      </w:r>
      <w:proofErr w:type="spellEnd"/>
      <w:r>
        <w:t xml:space="preserve"> a 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</w:t>
      </w:r>
      <w:proofErr w:type="spellStart"/>
      <w:r>
        <w:t>Společenství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Dobrovicko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2026</w:t>
      </w:r>
    </w:p>
    <w:p w14:paraId="2CA43148" w14:textId="77777777" w:rsidR="009A3F61" w:rsidRDefault="00000000">
      <w:pPr>
        <w:suppressAutoHyphens/>
        <w:spacing w:after="100" w:line="259" w:lineRule="auto"/>
        <w:ind w:left="312" w:hanging="312"/>
      </w:pPr>
      <w:r>
        <w:t xml:space="preserve">5.  </w:t>
      </w:r>
      <w:proofErr w:type="spellStart"/>
      <w:r>
        <w:t>Projednání</w:t>
      </w:r>
      <w:proofErr w:type="spellEnd"/>
      <w:r>
        <w:t xml:space="preserve"> a 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střednědobého</w:t>
      </w:r>
      <w:proofErr w:type="spellEnd"/>
      <w:r>
        <w:t xml:space="preserve"> </w:t>
      </w:r>
      <w:proofErr w:type="spellStart"/>
      <w:r>
        <w:t>výhledu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</w:t>
      </w:r>
      <w:proofErr w:type="spellStart"/>
      <w:r>
        <w:t>Společenství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Dobrovicko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roky</w:t>
      </w:r>
      <w:proofErr w:type="spellEnd"/>
      <w:r>
        <w:t xml:space="preserve"> 202</w:t>
      </w:r>
      <w:r w:rsidR="00DB776A">
        <w:t>6</w:t>
      </w:r>
      <w:r>
        <w:t>–202</w:t>
      </w:r>
      <w:r w:rsidR="00DB776A">
        <w:t>8</w:t>
      </w:r>
    </w:p>
    <w:p w14:paraId="320366F5" w14:textId="77777777" w:rsidR="009A3F61" w:rsidRDefault="00000000">
      <w:pPr>
        <w:suppressAutoHyphens/>
        <w:spacing w:after="100" w:line="259" w:lineRule="auto"/>
        <w:ind w:left="312" w:hanging="312"/>
      </w:pPr>
      <w:r>
        <w:t xml:space="preserve">6. 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výsledku</w:t>
      </w:r>
      <w:proofErr w:type="spellEnd"/>
      <w:r>
        <w:t xml:space="preserve"> </w:t>
      </w:r>
      <w:proofErr w:type="spellStart"/>
      <w:r>
        <w:t>výběrového</w:t>
      </w:r>
      <w:proofErr w:type="spellEnd"/>
      <w:r>
        <w:t xml:space="preserve"> řízení, </w:t>
      </w:r>
      <w:proofErr w:type="spellStart"/>
      <w:r>
        <w:t>návrh</w:t>
      </w:r>
      <w:proofErr w:type="spellEnd"/>
      <w:r>
        <w:t xml:space="preserve"> a 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</w:t>
      </w:r>
      <w:proofErr w:type="spellEnd"/>
      <w:r>
        <w:t xml:space="preserve"> </w:t>
      </w:r>
      <w:proofErr w:type="spellStart"/>
      <w:r>
        <w:t>manažera</w:t>
      </w:r>
      <w:proofErr w:type="spellEnd"/>
      <w:r>
        <w:t>/</w:t>
      </w:r>
      <w:proofErr w:type="spellStart"/>
      <w:r>
        <w:t>manažerky</w:t>
      </w:r>
      <w:proofErr w:type="spellEnd"/>
      <w:r>
        <w:t xml:space="preserve"> </w:t>
      </w:r>
      <w:proofErr w:type="spellStart"/>
      <w:r>
        <w:t>administrativy</w:t>
      </w:r>
      <w:proofErr w:type="spellEnd"/>
      <w:r>
        <w:t xml:space="preserve"> a </w:t>
      </w:r>
      <w:proofErr w:type="spellStart"/>
      <w:r>
        <w:t>rozvoje</w:t>
      </w:r>
      <w:proofErr w:type="spellEnd"/>
      <w:r>
        <w:t xml:space="preserve"> </w:t>
      </w:r>
      <w:proofErr w:type="spellStart"/>
      <w:r>
        <w:t>Společenství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Dobrovicko a </w:t>
      </w:r>
      <w:proofErr w:type="spellStart"/>
      <w:r>
        <w:t>rozhodnutí</w:t>
      </w:r>
      <w:proofErr w:type="spellEnd"/>
      <w:r>
        <w:t xml:space="preserve"> o </w:t>
      </w:r>
      <w:proofErr w:type="spellStart"/>
      <w:r>
        <w:t>výši</w:t>
      </w:r>
      <w:proofErr w:type="spellEnd"/>
      <w:r>
        <w:t xml:space="preserve"> </w:t>
      </w:r>
      <w:proofErr w:type="spellStart"/>
      <w:r>
        <w:t>odměny</w:t>
      </w:r>
      <w:proofErr w:type="spellEnd"/>
    </w:p>
    <w:p w14:paraId="479189A3" w14:textId="77777777" w:rsidR="00F87CEE" w:rsidRDefault="00755EC9">
      <w:pPr>
        <w:suppressAutoHyphens/>
        <w:spacing w:after="100" w:line="259" w:lineRule="auto"/>
        <w:ind w:left="312" w:hanging="312"/>
      </w:pPr>
      <w:r>
        <w:t xml:space="preserve">7.  </w:t>
      </w:r>
      <w:proofErr w:type="spellStart"/>
      <w:r>
        <w:t>Aktualizace</w:t>
      </w:r>
      <w:proofErr w:type="spellEnd"/>
      <w:r>
        <w:t xml:space="preserve"> </w:t>
      </w:r>
      <w:proofErr w:type="spellStart"/>
      <w:r>
        <w:t>zájmových</w:t>
      </w:r>
      <w:proofErr w:type="spellEnd"/>
      <w:r>
        <w:t xml:space="preserve"> </w:t>
      </w:r>
      <w:proofErr w:type="spellStart"/>
      <w:r>
        <w:t>témat</w:t>
      </w:r>
      <w:proofErr w:type="spellEnd"/>
      <w:r>
        <w:t xml:space="preserve"> </w:t>
      </w:r>
      <w:proofErr w:type="spellStart"/>
      <w:r>
        <w:t>obcí</w:t>
      </w:r>
      <w:proofErr w:type="spellEnd"/>
    </w:p>
    <w:p w14:paraId="355A1ABE" w14:textId="77777777" w:rsidR="009A3F61" w:rsidRDefault="00755EC9">
      <w:pPr>
        <w:suppressAutoHyphens/>
        <w:spacing w:after="100" w:line="259" w:lineRule="auto"/>
        <w:ind w:left="312" w:hanging="312"/>
      </w:pPr>
      <w:r>
        <w:t xml:space="preserve">8.  </w:t>
      </w:r>
      <w:proofErr w:type="spellStart"/>
      <w:r>
        <w:t>Informace</w:t>
      </w:r>
      <w:proofErr w:type="spellEnd"/>
      <w:r>
        <w:t xml:space="preserve"> k </w:t>
      </w:r>
      <w:proofErr w:type="spellStart"/>
      <w:r>
        <w:t>připravenosti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elektronickou</w:t>
      </w:r>
      <w:proofErr w:type="spellEnd"/>
      <w:r>
        <w:t xml:space="preserve"> </w:t>
      </w:r>
      <w:proofErr w:type="spellStart"/>
      <w:r>
        <w:t>spisovou</w:t>
      </w:r>
      <w:proofErr w:type="spellEnd"/>
      <w:r>
        <w:t xml:space="preserve"> </w:t>
      </w:r>
      <w:proofErr w:type="spellStart"/>
      <w:r>
        <w:t>službu</w:t>
      </w:r>
      <w:proofErr w:type="spellEnd"/>
    </w:p>
    <w:p w14:paraId="5CC0AD69" w14:textId="77777777" w:rsidR="009A3F61" w:rsidRDefault="00755EC9" w:rsidP="00755EC9">
      <w:pPr>
        <w:suppressAutoHyphens/>
        <w:spacing w:after="100" w:line="259" w:lineRule="auto"/>
      </w:pPr>
      <w:r>
        <w:t xml:space="preserve">9.  </w:t>
      </w:r>
      <w:proofErr w:type="spellStart"/>
      <w:r>
        <w:t>Různé</w:t>
      </w:r>
      <w:proofErr w:type="spellEnd"/>
      <w:r>
        <w:br/>
        <w:t xml:space="preserve">10. </w:t>
      </w:r>
      <w:proofErr w:type="spellStart"/>
      <w:r>
        <w:t>Závěr</w:t>
      </w:r>
      <w:proofErr w:type="spellEnd"/>
    </w:p>
    <w:p w14:paraId="66C96C6F" w14:textId="77777777" w:rsidR="00E27219" w:rsidRDefault="00E27219">
      <w:pPr>
        <w:keepNext/>
        <w:suppressAutoHyphens/>
        <w:spacing w:before="180" w:after="100" w:line="259" w:lineRule="auto"/>
        <w:rPr>
          <w:b/>
        </w:rPr>
      </w:pPr>
    </w:p>
    <w:p w14:paraId="5851CF9D" w14:textId="77777777" w:rsidR="009A3F61" w:rsidRPr="00F87CEE" w:rsidRDefault="00000000">
      <w:pPr>
        <w:keepNext/>
        <w:suppressAutoHyphens/>
        <w:spacing w:before="180" w:after="100" w:line="259" w:lineRule="auto"/>
        <w:rPr>
          <w:highlight w:val="yellow"/>
        </w:rPr>
      </w:pPr>
      <w:proofErr w:type="spellStart"/>
      <w:r w:rsidRPr="00F87CEE">
        <w:rPr>
          <w:b/>
        </w:rPr>
        <w:t>Přílohy</w:t>
      </w:r>
      <w:proofErr w:type="spellEnd"/>
      <w:r w:rsidRPr="00F87CEE">
        <w:rPr>
          <w:b/>
        </w:rPr>
        <w:t>:</w:t>
      </w:r>
    </w:p>
    <w:p w14:paraId="5596AC73" w14:textId="77777777" w:rsidR="009A3F61" w:rsidRPr="00F87CEE" w:rsidRDefault="00000000">
      <w:pPr>
        <w:suppressAutoHyphens/>
        <w:spacing w:after="100" w:line="259" w:lineRule="auto"/>
        <w:ind w:left="312" w:hanging="312"/>
        <w:rPr>
          <w:highlight w:val="yellow"/>
        </w:rPr>
      </w:pPr>
      <w:r w:rsidRPr="00F87CEE">
        <w:t xml:space="preserve">1.  </w:t>
      </w:r>
      <w:proofErr w:type="spellStart"/>
      <w:r w:rsidRPr="00F87CEE">
        <w:t>Návrh</w:t>
      </w:r>
      <w:proofErr w:type="spellEnd"/>
      <w:r w:rsidRPr="00F87CEE">
        <w:t xml:space="preserve"> </w:t>
      </w:r>
      <w:proofErr w:type="spellStart"/>
      <w:r w:rsidRPr="00F87CEE">
        <w:t>rozpočtu</w:t>
      </w:r>
      <w:proofErr w:type="spellEnd"/>
      <w:r w:rsidRPr="00F87CEE">
        <w:t xml:space="preserve"> </w:t>
      </w:r>
      <w:proofErr w:type="spellStart"/>
      <w:r w:rsidRPr="00F87CEE">
        <w:t>Společenství</w:t>
      </w:r>
      <w:proofErr w:type="spellEnd"/>
      <w:r w:rsidRPr="00F87CEE">
        <w:t xml:space="preserve"> </w:t>
      </w:r>
      <w:proofErr w:type="spellStart"/>
      <w:r w:rsidRPr="00F87CEE">
        <w:t>obcí</w:t>
      </w:r>
      <w:proofErr w:type="spellEnd"/>
      <w:r w:rsidRPr="00F87CEE">
        <w:t xml:space="preserve"> Dobrovicko </w:t>
      </w:r>
      <w:proofErr w:type="spellStart"/>
      <w:r w:rsidRPr="00F87CEE">
        <w:t>na</w:t>
      </w:r>
      <w:proofErr w:type="spellEnd"/>
      <w:r w:rsidRPr="00F87CEE">
        <w:t xml:space="preserve"> </w:t>
      </w:r>
      <w:proofErr w:type="spellStart"/>
      <w:r w:rsidRPr="00F87CEE">
        <w:t>rok</w:t>
      </w:r>
      <w:proofErr w:type="spellEnd"/>
      <w:r w:rsidRPr="00F87CEE">
        <w:t xml:space="preserve"> 2026</w:t>
      </w:r>
    </w:p>
    <w:p w14:paraId="10629FA2" w14:textId="77777777" w:rsidR="009A3F61" w:rsidRPr="00F87CEE" w:rsidRDefault="00000000">
      <w:pPr>
        <w:suppressAutoHyphens/>
        <w:spacing w:after="100" w:line="259" w:lineRule="auto"/>
        <w:ind w:left="312" w:hanging="312"/>
        <w:rPr>
          <w:highlight w:val="yellow"/>
        </w:rPr>
      </w:pPr>
      <w:r w:rsidRPr="00F87CEE">
        <w:t xml:space="preserve">2.  </w:t>
      </w:r>
      <w:proofErr w:type="spellStart"/>
      <w:r w:rsidRPr="00F87CEE">
        <w:t>Návrh</w:t>
      </w:r>
      <w:proofErr w:type="spellEnd"/>
      <w:r w:rsidRPr="00F87CEE">
        <w:t xml:space="preserve"> </w:t>
      </w:r>
      <w:proofErr w:type="spellStart"/>
      <w:r w:rsidRPr="00F87CEE">
        <w:t>střednědobého</w:t>
      </w:r>
      <w:proofErr w:type="spellEnd"/>
      <w:r w:rsidRPr="00F87CEE">
        <w:t xml:space="preserve"> </w:t>
      </w:r>
      <w:proofErr w:type="spellStart"/>
      <w:r w:rsidRPr="00F87CEE">
        <w:t>výhledu</w:t>
      </w:r>
      <w:proofErr w:type="spellEnd"/>
      <w:r w:rsidRPr="00F87CEE">
        <w:t xml:space="preserve"> </w:t>
      </w:r>
      <w:proofErr w:type="spellStart"/>
      <w:r w:rsidRPr="00F87CEE">
        <w:t>rozpočtu</w:t>
      </w:r>
      <w:proofErr w:type="spellEnd"/>
      <w:r w:rsidRPr="00F87CEE">
        <w:t xml:space="preserve"> </w:t>
      </w:r>
      <w:proofErr w:type="spellStart"/>
      <w:r w:rsidRPr="00F87CEE">
        <w:t>Společenství</w:t>
      </w:r>
      <w:proofErr w:type="spellEnd"/>
      <w:r w:rsidRPr="00F87CEE">
        <w:t xml:space="preserve"> </w:t>
      </w:r>
      <w:proofErr w:type="spellStart"/>
      <w:r w:rsidRPr="00F87CEE">
        <w:t>obcí</w:t>
      </w:r>
      <w:proofErr w:type="spellEnd"/>
      <w:r w:rsidRPr="00F87CEE">
        <w:t xml:space="preserve"> Dobrovicko </w:t>
      </w:r>
      <w:proofErr w:type="spellStart"/>
      <w:r w:rsidRPr="00F87CEE">
        <w:t>na</w:t>
      </w:r>
      <w:proofErr w:type="spellEnd"/>
      <w:r w:rsidRPr="00F87CEE">
        <w:t xml:space="preserve"> </w:t>
      </w:r>
      <w:proofErr w:type="spellStart"/>
      <w:r w:rsidRPr="00F87CEE">
        <w:t>roky</w:t>
      </w:r>
      <w:proofErr w:type="spellEnd"/>
      <w:r w:rsidRPr="00F87CEE">
        <w:t xml:space="preserve"> 2026–2028</w:t>
      </w:r>
    </w:p>
    <w:p w14:paraId="3292B3E3" w14:textId="77777777" w:rsidR="00E27219" w:rsidRDefault="00E27219">
      <w:pPr>
        <w:keepNext/>
        <w:suppressAutoHyphens/>
        <w:spacing w:before="220" w:after="20" w:line="259" w:lineRule="auto"/>
        <w:rPr>
          <w:b/>
        </w:rPr>
      </w:pPr>
    </w:p>
    <w:p w14:paraId="410BE17C" w14:textId="77777777" w:rsidR="009A3F61" w:rsidRDefault="00000000">
      <w:pPr>
        <w:keepNext/>
        <w:suppressAutoHyphens/>
        <w:spacing w:before="220" w:after="20" w:line="259" w:lineRule="auto"/>
      </w:pPr>
      <w:r>
        <w:rPr>
          <w:b/>
        </w:rPr>
        <w:t>Mgr. Tomáš Sedláček</w:t>
      </w:r>
    </w:p>
    <w:p w14:paraId="7FD6199A" w14:textId="77777777" w:rsidR="009A3F61" w:rsidRDefault="00000000">
      <w:pPr>
        <w:suppressAutoHyphens/>
        <w:spacing w:after="100" w:line="259" w:lineRule="auto"/>
      </w:pPr>
      <w:proofErr w:type="spellStart"/>
      <w:r>
        <w:t>předseda</w:t>
      </w:r>
      <w:proofErr w:type="spellEnd"/>
      <w:r>
        <w:t xml:space="preserve"> </w:t>
      </w:r>
      <w:proofErr w:type="spellStart"/>
      <w:r>
        <w:t>Společenství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Dobrovicko</w:t>
      </w:r>
    </w:p>
    <w:p w14:paraId="53A114B1" w14:textId="77777777" w:rsidR="00BE02BA" w:rsidRDefault="00000000">
      <w:r>
        <w:br w:type="page"/>
      </w:r>
    </w:p>
    <w:p w14:paraId="65A3ABEE" w14:textId="77777777" w:rsidR="00BE02BA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7B482563" wp14:editId="19CF4A77">
            <wp:extent cx="6192000" cy="87567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zpocet-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875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7BD4D" w14:textId="77777777" w:rsidR="00BE02BA" w:rsidRDefault="00000000">
      <w:r>
        <w:br w:type="page"/>
      </w:r>
    </w:p>
    <w:p w14:paraId="6AF605C4" w14:textId="77777777" w:rsidR="00BE02BA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406888AE" wp14:editId="05503FB3">
            <wp:extent cx="6192000" cy="87567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hled-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875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2BA" w:rsidSect="000346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47" w:right="1247" w:bottom="1020" w:left="1247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F22B9" w14:textId="77777777" w:rsidR="009E308A" w:rsidRDefault="009E308A">
      <w:pPr>
        <w:spacing w:line="240" w:lineRule="auto"/>
      </w:pPr>
      <w:r>
        <w:separator/>
      </w:r>
    </w:p>
  </w:endnote>
  <w:endnote w:type="continuationSeparator" w:id="0">
    <w:p w14:paraId="23DFB2D7" w14:textId="77777777" w:rsidR="009E308A" w:rsidRDefault="009E3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8348" w14:textId="77777777" w:rsidR="00BE02BA" w:rsidRDefault="00BE02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6E3B" w14:textId="77777777" w:rsidR="009A3F61" w:rsidRDefault="00000000">
    <w:pPr>
      <w:pStyle w:val="Zpat"/>
      <w:pBdr>
        <w:top w:val="single" w:sz="6" w:space="5" w:color="A6A6A6"/>
      </w:pBdr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>
      <w:rPr>
        <w:sz w:val="18"/>
      </w:rPr>
      <w:t>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7574D" w14:textId="77777777" w:rsidR="00BE02BA" w:rsidRDefault="00BE02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4964" w14:textId="77777777" w:rsidR="009E308A" w:rsidRDefault="009E308A">
      <w:pPr>
        <w:spacing w:line="240" w:lineRule="auto"/>
      </w:pPr>
      <w:r>
        <w:separator/>
      </w:r>
    </w:p>
  </w:footnote>
  <w:footnote w:type="continuationSeparator" w:id="0">
    <w:p w14:paraId="3A39B7DB" w14:textId="77777777" w:rsidR="009E308A" w:rsidRDefault="009E30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D74F" w14:textId="77777777" w:rsidR="00BE02BA" w:rsidRDefault="00BE02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1A89" w14:textId="77777777" w:rsidR="009A3F61" w:rsidRDefault="00000000">
    <w:pPr>
      <w:pStyle w:val="Zhlav"/>
      <w:spacing w:after="20"/>
    </w:pPr>
    <w:r>
      <w:rPr>
        <w:b/>
        <w:color w:val="1F4E79"/>
        <w:sz w:val="27"/>
      </w:rPr>
      <w:t>SPOLEČENSTVÍ OBCÍ DOBROVICKO</w:t>
    </w:r>
  </w:p>
  <w:p w14:paraId="1C4BE49F" w14:textId="77777777" w:rsidR="009A3F61" w:rsidRDefault="00000000">
    <w:pPr>
      <w:pBdr>
        <w:bottom w:val="single" w:sz="8" w:space="6" w:color="1F4E79"/>
      </w:pBdr>
    </w:pPr>
    <w:proofErr w:type="spellStart"/>
    <w:r>
      <w:rPr>
        <w:color w:val="646C73"/>
        <w:sz w:val="15"/>
      </w:rPr>
      <w:t>Palackého</w:t>
    </w:r>
    <w:proofErr w:type="spellEnd"/>
    <w:r>
      <w:rPr>
        <w:color w:val="646C73"/>
        <w:sz w:val="15"/>
      </w:rPr>
      <w:t xml:space="preserve"> </w:t>
    </w:r>
    <w:proofErr w:type="spellStart"/>
    <w:r>
      <w:rPr>
        <w:color w:val="646C73"/>
        <w:sz w:val="15"/>
      </w:rPr>
      <w:t>náměstí</w:t>
    </w:r>
    <w:proofErr w:type="spellEnd"/>
    <w:r>
      <w:rPr>
        <w:color w:val="646C73"/>
        <w:sz w:val="15"/>
      </w:rPr>
      <w:t xml:space="preserve"> 28, 294 41 </w:t>
    </w:r>
    <w:proofErr w:type="spellStart"/>
    <w:proofErr w:type="gramStart"/>
    <w:r>
      <w:rPr>
        <w:color w:val="646C73"/>
        <w:sz w:val="15"/>
      </w:rPr>
      <w:t>Dobrovice</w:t>
    </w:r>
    <w:proofErr w:type="spellEnd"/>
    <w:r>
      <w:rPr>
        <w:color w:val="646C73"/>
        <w:sz w:val="15"/>
      </w:rPr>
      <w:t xml:space="preserve">  |</w:t>
    </w:r>
    <w:proofErr w:type="gramEnd"/>
    <w:r>
      <w:rPr>
        <w:color w:val="646C73"/>
        <w:sz w:val="15"/>
      </w:rPr>
      <w:t xml:space="preserve">  IČO </w:t>
    </w:r>
    <w:proofErr w:type="gramStart"/>
    <w:r>
      <w:rPr>
        <w:color w:val="646C73"/>
        <w:sz w:val="15"/>
      </w:rPr>
      <w:t>29695261  |</w:t>
    </w:r>
    <w:proofErr w:type="gramEnd"/>
    <w:r>
      <w:rPr>
        <w:color w:val="646C73"/>
        <w:sz w:val="15"/>
      </w:rPr>
      <w:t xml:space="preserve">  DS qu4zu9v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85B5A" w14:textId="77777777" w:rsidR="00BE02BA" w:rsidRDefault="00BE02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4886279">
    <w:abstractNumId w:val="8"/>
  </w:num>
  <w:num w:numId="2" w16cid:durableId="113210665">
    <w:abstractNumId w:val="6"/>
  </w:num>
  <w:num w:numId="3" w16cid:durableId="743840942">
    <w:abstractNumId w:val="5"/>
  </w:num>
  <w:num w:numId="4" w16cid:durableId="658844766">
    <w:abstractNumId w:val="4"/>
  </w:num>
  <w:num w:numId="5" w16cid:durableId="803932947">
    <w:abstractNumId w:val="7"/>
  </w:num>
  <w:num w:numId="6" w16cid:durableId="75171966">
    <w:abstractNumId w:val="3"/>
  </w:num>
  <w:num w:numId="7" w16cid:durableId="32583758">
    <w:abstractNumId w:val="2"/>
  </w:num>
  <w:num w:numId="8" w16cid:durableId="1712414903">
    <w:abstractNumId w:val="1"/>
  </w:num>
  <w:num w:numId="9" w16cid:durableId="122317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DEC"/>
    <w:rsid w:val="0015074B"/>
    <w:rsid w:val="00182E9F"/>
    <w:rsid w:val="00184DF1"/>
    <w:rsid w:val="00217B37"/>
    <w:rsid w:val="0029639D"/>
    <w:rsid w:val="00326F90"/>
    <w:rsid w:val="00394179"/>
    <w:rsid w:val="003E7110"/>
    <w:rsid w:val="004F48BF"/>
    <w:rsid w:val="00507593"/>
    <w:rsid w:val="00532CBA"/>
    <w:rsid w:val="005B043D"/>
    <w:rsid w:val="00605CB9"/>
    <w:rsid w:val="006246C1"/>
    <w:rsid w:val="00687122"/>
    <w:rsid w:val="0069181A"/>
    <w:rsid w:val="0071144B"/>
    <w:rsid w:val="00755EC9"/>
    <w:rsid w:val="00767D73"/>
    <w:rsid w:val="007F4D33"/>
    <w:rsid w:val="0089203F"/>
    <w:rsid w:val="009A3F61"/>
    <w:rsid w:val="009C5453"/>
    <w:rsid w:val="009E308A"/>
    <w:rsid w:val="00AA1D8D"/>
    <w:rsid w:val="00AD2E9A"/>
    <w:rsid w:val="00B47730"/>
    <w:rsid w:val="00B82C5A"/>
    <w:rsid w:val="00BE02BA"/>
    <w:rsid w:val="00BF3CD9"/>
    <w:rsid w:val="00C137A3"/>
    <w:rsid w:val="00CB0664"/>
    <w:rsid w:val="00D07FBF"/>
    <w:rsid w:val="00DB776A"/>
    <w:rsid w:val="00E1690D"/>
    <w:rsid w:val="00E24D43"/>
    <w:rsid w:val="00E27219"/>
    <w:rsid w:val="00E7336E"/>
    <w:rsid w:val="00EF4303"/>
    <w:rsid w:val="00F87C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59E727"/>
  <w14:defaultImageDpi w14:val="300"/>
  <w15:docId w15:val="{1738D460-EEC4-4104-8105-EE4967BA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0" w:line="252" w:lineRule="auto"/>
    </w:pPr>
    <w:rPr>
      <w:rFonts w:ascii="Arial" w:hAnsi="Arial"/>
      <w:color w:val="2D3741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  <w:rPr>
      <w:rFonts w:ascii="Arial" w:hAnsi="Arial"/>
    </w:rPr>
  </w:style>
  <w:style w:type="paragraph" w:styleId="Bezmezer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  <w:rPr>
      <w:rFonts w:ascii="Arial" w:hAnsi="Arial"/>
    </w:rPr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  <w:rPr>
      <w:rFonts w:ascii="Arial" w:hAnsi="Arial"/>
    </w:rPr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rFonts w:ascii="Arial" w:hAnsi="Arial"/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Arial" w:hAnsi="Arial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rFonts w:ascii="Arial" w:hAnsi="Arial"/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rFonts w:ascii="Arial" w:hAnsi="Arial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755E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5E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5EC9"/>
    <w:rPr>
      <w:rFonts w:ascii="Arial" w:hAnsi="Arial"/>
      <w:color w:val="2D374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5E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5EC9"/>
    <w:rPr>
      <w:rFonts w:ascii="Arial" w:hAnsi="Arial"/>
      <w:b/>
      <w:bCs/>
      <w:color w:val="2D374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ae57e-8a58-42dd-8c2f-b890f6807fc8">
      <Terms xmlns="http://schemas.microsoft.com/office/infopath/2007/PartnerControls"/>
    </lcf76f155ced4ddcb4097134ff3c332f>
    <TaxCatchAll xmlns="c290e7f2-16bb-470d-b572-e3b21d6cb5e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760DB4DEA9A4F831F4F5D7C13130E" ma:contentTypeVersion="15" ma:contentTypeDescription="Vytvoří nový dokument" ma:contentTypeScope="" ma:versionID="4855adabb64d2834766b432910e8843a">
  <xsd:schema xmlns:xsd="http://www.w3.org/2001/XMLSchema" xmlns:xs="http://www.w3.org/2001/XMLSchema" xmlns:p="http://schemas.microsoft.com/office/2006/metadata/properties" xmlns:ns2="08fae57e-8a58-42dd-8c2f-b890f6807fc8" xmlns:ns3="c290e7f2-16bb-470d-b572-e3b21d6cb5e1" targetNamespace="http://schemas.microsoft.com/office/2006/metadata/properties" ma:root="true" ma:fieldsID="fbeee084df714ceca1a8d263672effa0" ns2:_="" ns3:_="">
    <xsd:import namespace="08fae57e-8a58-42dd-8c2f-b890f6807fc8"/>
    <xsd:import namespace="c290e7f2-16bb-470d-b572-e3b21d6cb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e57e-8a58-42dd-8c2f-b890f6807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16420888-eb27-4747-a1a2-5f772ff82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0e7f2-16bb-470d-b572-e3b21d6cb5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011acb-72fb-4157-87cd-ae7ec01d5ec4}" ma:internalName="TaxCatchAll" ma:showField="CatchAllData" ma:web="c290e7f2-16bb-470d-b572-e3b21d6cb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042C2-F043-476A-A6B8-11019D7AAE8C}">
  <ds:schemaRefs>
    <ds:schemaRef ds:uri="http://schemas.microsoft.com/office/2006/metadata/properties"/>
    <ds:schemaRef ds:uri="http://schemas.microsoft.com/office/infopath/2007/PartnerControls"/>
    <ds:schemaRef ds:uri="08fae57e-8a58-42dd-8c2f-b890f6807fc8"/>
    <ds:schemaRef ds:uri="c290e7f2-16bb-470d-b572-e3b21d6cb5e1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BDF997-972F-4EEB-A6EE-52E977077B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A29AE-C212-4534-B7FA-03D64C9F6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ae57e-8a58-42dd-8c2f-b890f6807fc8"/>
    <ds:schemaRef ds:uri="c290e7f2-16bb-470d-b572-e3b21d6cb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176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Michal Vitmajer</cp:lastModifiedBy>
  <cp:revision>5</cp:revision>
  <dcterms:created xsi:type="dcterms:W3CDTF">2026-09-10T09:44:00Z</dcterms:created>
  <dcterms:modified xsi:type="dcterms:W3CDTF">2026-09-11T10:17:00Z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0x010100C05760DB4DEA9A4F831F4F5D7C13130E</vt:lpwstr>
  </property>
  <property fmtid="{D5CDD505-2E9C-101B-9397-08002B2CF9AE}" pid="3" name="MediaServiceImageTags">
    <vt:lpwstr/>
  </property>
</Properties>
</file>